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66" w:rsidRPr="0034587D" w:rsidRDefault="009901CD">
      <w:pPr>
        <w:jc w:val="center"/>
        <w:rPr>
          <w:rFonts w:ascii="Arial" w:hAnsi="Arial" w:cs="Arial"/>
          <w:b/>
          <w:color w:val="8931FF"/>
          <w:sz w:val="24"/>
          <w:szCs w:val="24"/>
          <w:lang w:val="ru-RU"/>
        </w:rPr>
      </w:pPr>
      <w:r w:rsidRPr="0034587D">
        <w:rPr>
          <w:rFonts w:ascii="Arial" w:hAnsi="Arial" w:cs="Arial"/>
          <w:b/>
          <w:color w:val="8931FF"/>
          <w:sz w:val="24"/>
          <w:szCs w:val="24"/>
          <w:lang w:val="ru-RU"/>
        </w:rPr>
        <w:t>30 ДНЕЙ МИКРОПОБЕД: МЕНЯЮСЬ ЛЕГКО</w:t>
      </w:r>
    </w:p>
    <w:p w:rsidR="00882463" w:rsidRPr="0034587D" w:rsidRDefault="00882463">
      <w:pPr>
        <w:jc w:val="center"/>
        <w:rPr>
          <w:rFonts w:ascii="Arial" w:hAnsi="Arial" w:cs="Arial"/>
          <w:b/>
          <w:color w:val="8931FF"/>
          <w:sz w:val="24"/>
          <w:szCs w:val="24"/>
          <w:lang w:val="ru-RU"/>
        </w:rPr>
      </w:pPr>
      <w:proofErr w:type="spellStart"/>
      <w:r w:rsidRPr="0034587D">
        <w:rPr>
          <w:rFonts w:ascii="Arial" w:hAnsi="Arial" w:cs="Arial"/>
          <w:b/>
          <w:color w:val="8931FF"/>
          <w:sz w:val="24"/>
          <w:szCs w:val="24"/>
        </w:rPr>
        <w:t>baryshevskaya</w:t>
      </w:r>
      <w:proofErr w:type="spellEnd"/>
      <w:r w:rsidRPr="0034587D">
        <w:rPr>
          <w:rFonts w:ascii="Arial" w:hAnsi="Arial" w:cs="Arial"/>
          <w:b/>
          <w:color w:val="8931FF"/>
          <w:sz w:val="24"/>
          <w:szCs w:val="24"/>
          <w:lang w:val="ru-RU"/>
        </w:rPr>
        <w:t>.</w:t>
      </w:r>
      <w:r w:rsidRPr="0034587D">
        <w:rPr>
          <w:rFonts w:ascii="Arial" w:hAnsi="Arial" w:cs="Arial"/>
          <w:b/>
          <w:color w:val="8931FF"/>
          <w:sz w:val="24"/>
          <w:szCs w:val="24"/>
        </w:rPr>
        <w:t>com</w:t>
      </w:r>
      <w:r w:rsidRPr="0034587D">
        <w:rPr>
          <w:rFonts w:ascii="Arial" w:hAnsi="Arial" w:cs="Arial"/>
          <w:b/>
          <w:color w:val="8931FF"/>
          <w:sz w:val="24"/>
          <w:szCs w:val="24"/>
          <w:lang w:val="ru-RU"/>
        </w:rPr>
        <w:t>.</w:t>
      </w:r>
      <w:proofErr w:type="spellStart"/>
      <w:r w:rsidRPr="0034587D">
        <w:rPr>
          <w:rFonts w:ascii="Arial" w:hAnsi="Arial" w:cs="Arial"/>
          <w:b/>
          <w:color w:val="8931FF"/>
          <w:sz w:val="24"/>
          <w:szCs w:val="24"/>
        </w:rPr>
        <w:t>ua</w:t>
      </w:r>
      <w:proofErr w:type="spellEnd"/>
    </w:p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882463" w:rsidRPr="0034587D" w:rsidRDefault="00882463" w:rsidP="00882463">
            <w:pPr>
              <w:pStyle w:val="affa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00FFFF"/>
              </w:rPr>
            </w:pPr>
          </w:p>
          <w:p w:rsidR="00AD7505" w:rsidRPr="0034587D" w:rsidRDefault="00AD7505" w:rsidP="00882463">
            <w:pPr>
              <w:pStyle w:val="affa"/>
              <w:spacing w:before="0" w:beforeAutospacing="0" w:after="0" w:afterAutospacing="0"/>
              <w:rPr>
                <w:rFonts w:ascii="Arial" w:hAnsi="Arial" w:cs="Arial"/>
                <w:lang w:val="en-US" w:eastAsia="en-US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5" w:rsidRPr="0034587D" w:rsidRDefault="00AD7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2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i/>
                <w:sz w:val="24"/>
                <w:szCs w:val="24"/>
                <w:lang w:val="ru-RU"/>
              </w:rPr>
              <w:t>Мои дела сегодня: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5.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7.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Обозначения: «автопилот», нравится, не нравится. 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D" w:rsidRPr="0034587D" w:rsidRDefault="00AD7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3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i/>
                <w:sz w:val="24"/>
                <w:szCs w:val="24"/>
                <w:lang w:val="ru-RU"/>
              </w:rPr>
              <w:t>Мои дела сегодня: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5.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7.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Обозначения: «автопилот», нравится, не нравится. </w:t>
            </w: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5" w:rsidRPr="0034587D" w:rsidRDefault="00AD7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4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i/>
                <w:sz w:val="24"/>
                <w:szCs w:val="24"/>
                <w:lang w:val="ru-RU"/>
              </w:rPr>
              <w:t>Мои дела сегодня: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5.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7.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Обозначения: «автопилот», нравится, не нравится. 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5" w:rsidRPr="0034587D" w:rsidRDefault="00AD7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5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i/>
                <w:sz w:val="24"/>
                <w:szCs w:val="24"/>
                <w:lang w:val="ru-RU"/>
              </w:rPr>
              <w:t>Мои дела сегодня: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5.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7.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Обозначения: «автопилот», нравится, не нравится. 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5" w:rsidRPr="0034587D" w:rsidRDefault="00AD7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6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i/>
                <w:sz w:val="24"/>
                <w:szCs w:val="24"/>
                <w:lang w:val="ru-RU"/>
              </w:rPr>
              <w:t>Мои дела сегодня: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5.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7.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Обозначения: «автопилот», нравится, не нравится. </w:t>
            </w: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5" w:rsidRPr="0034587D" w:rsidRDefault="00AD7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7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i/>
                <w:sz w:val="24"/>
                <w:szCs w:val="24"/>
                <w:lang w:val="ru-RU"/>
              </w:rPr>
              <w:t>Мои дела сегодня: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5.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7.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Обозначения: «автопилот», нравится, не нравится. 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5" w:rsidRPr="0034587D" w:rsidRDefault="00AD7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8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i/>
                <w:sz w:val="24"/>
                <w:szCs w:val="24"/>
                <w:lang w:val="ru-RU"/>
              </w:rPr>
              <w:t>Мои дела сегодня: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4.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5.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6.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>7.</w:t>
            </w:r>
          </w:p>
          <w:p w:rsidR="00AD7505" w:rsidRPr="0034587D" w:rsidRDefault="00AD7505" w:rsidP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Обозначения: «автопилот», нравится, не нравится. 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7170CD" w:rsidRPr="0034587D" w:rsidRDefault="007170CD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D" w:rsidRPr="0034587D" w:rsidRDefault="00AD750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День 9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  <w:lang w:val="ru-RU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10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8242C" w:rsidRPr="0034587D" w:rsidRDefault="000824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8242C" w:rsidRPr="0034587D" w:rsidRDefault="000824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8242C" w:rsidRPr="0034587D" w:rsidRDefault="000824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8242C" w:rsidRPr="0034587D" w:rsidRDefault="000824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8242C" w:rsidRPr="0034587D" w:rsidRDefault="000824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8242C" w:rsidRPr="0034587D" w:rsidRDefault="000824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8242C" w:rsidRPr="0034587D" w:rsidRDefault="000824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8242C" w:rsidRPr="0034587D" w:rsidRDefault="000824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8242C" w:rsidRPr="0034587D" w:rsidRDefault="0008242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11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12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Default="00AD750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13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34587D" w:rsidRPr="0034587D" w:rsidRDefault="0034587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Default="00AD7505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14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34587D" w:rsidRDefault="0034587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34587D" w:rsidRPr="0034587D" w:rsidRDefault="0034587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p w:rsidR="007170CD" w:rsidRPr="0034587D" w:rsidRDefault="007170CD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15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7170CD" w:rsidRPr="0034587D" w:rsidRDefault="007170CD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16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17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0"/>
      </w:tblGrid>
      <w:tr w:rsidR="007170CD" w:rsidRPr="0034587D" w:rsidTr="007170CD">
        <w:trPr>
          <w:trHeight w:val="840"/>
        </w:trPr>
        <w:tc>
          <w:tcPr>
            <w:tcW w:w="8870" w:type="dxa"/>
          </w:tcPr>
          <w:p w:rsidR="007170CD" w:rsidRPr="0034587D" w:rsidRDefault="007170CD" w:rsidP="007170C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18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</w:tc>
      </w:tr>
    </w:tbl>
    <w:p w:rsidR="007170CD" w:rsidRPr="0034587D" w:rsidRDefault="007170CD" w:rsidP="007170CD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19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День 20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  <w:lang w:val="ru-RU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34375" w:rsidRPr="0034587D" w:rsidRDefault="0043437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Segoe UI Symbol" w:hAnsi="Segoe UI Symbol" w:cs="Segoe UI Symbol"/>
                <w:sz w:val="24"/>
                <w:szCs w:val="24"/>
              </w:rPr>
              <w:t>🍎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 Питание: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34587D">
              <w:rPr>
                <w:rFonts w:ascii="Segoe UI Symbol" w:hAnsi="Segoe UI Symbol" w:cs="Segoe UI Symbol"/>
                <w:sz w:val="24"/>
                <w:szCs w:val="24"/>
              </w:rPr>
              <w:t>😊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Самочувствие: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34587D">
              <w:rPr>
                <w:rFonts w:ascii="Segoe UI Symbol" w:hAnsi="Segoe UI Symbol" w:cs="Segoe UI Symbol"/>
                <w:sz w:val="24"/>
                <w:szCs w:val="24"/>
              </w:rPr>
              <w:t>💭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 Мышление: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34587D">
              <w:rPr>
                <w:rFonts w:ascii="Segoe UI Symbol" w:hAnsi="Segoe UI Symbol" w:cs="Segoe UI Symbol"/>
                <w:sz w:val="24"/>
                <w:szCs w:val="24"/>
              </w:rPr>
              <w:t>🚶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 Активность: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34587D">
              <w:rPr>
                <w:rFonts w:ascii="Segoe UI Symbol" w:hAnsi="Segoe UI Symbol" w:cs="Segoe UI Symbol"/>
                <w:sz w:val="24"/>
                <w:szCs w:val="24"/>
              </w:rPr>
              <w:t>🎯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 Цели: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34587D">
              <w:rPr>
                <w:rFonts w:ascii="Segoe UI Symbol" w:hAnsi="Segoe UI Symbol" w:cs="Segoe UI Symbol"/>
                <w:sz w:val="24"/>
                <w:szCs w:val="24"/>
              </w:rPr>
              <w:t>🔁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 Привычки: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34587D">
              <w:rPr>
                <w:rFonts w:ascii="Segoe UI Symbol" w:hAnsi="Segoe UI Symbol" w:cs="Segoe UI Symbol"/>
                <w:sz w:val="24"/>
                <w:szCs w:val="24"/>
              </w:rPr>
              <w:t>👤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 Образ себя: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br/>
              <w:t xml:space="preserve"> </w:t>
            </w:r>
            <w:r w:rsidRPr="0034587D">
              <w:rPr>
                <w:rFonts w:ascii="Segoe UI Symbol" w:hAnsi="Segoe UI Symbol" w:cs="Segoe UI Symbol"/>
                <w:sz w:val="24"/>
                <w:szCs w:val="24"/>
              </w:rPr>
              <w:t>📅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t xml:space="preserve"> График:</w:t>
            </w:r>
            <w:r w:rsidRPr="0034587D">
              <w:rPr>
                <w:rFonts w:ascii="Arial" w:hAnsi="Arial" w:cs="Arial"/>
                <w:sz w:val="24"/>
                <w:szCs w:val="24"/>
                <w:lang w:val="ru-RU"/>
              </w:rPr>
              <w:br/>
              <w:t>⚡   Энергия:</w:t>
            </w:r>
          </w:p>
          <w:p w:rsidR="00434375" w:rsidRPr="0034587D" w:rsidRDefault="0043437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p w:rsidR="00434375" w:rsidRPr="0034587D" w:rsidRDefault="00434375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21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1" w:rsidRPr="0034587D" w:rsidRDefault="00AD7505" w:rsidP="00022BC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День 22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  <w:lang w:val="ru-RU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p w:rsidR="007170CD" w:rsidRPr="0034587D" w:rsidRDefault="007170CD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День 23 — Микропобеда</w:t>
            </w:r>
          </w:p>
          <w:p w:rsidR="00022BC1" w:rsidRPr="0034587D" w:rsidRDefault="00022BC1" w:rsidP="00022BC1">
            <w:pPr>
              <w:pStyle w:val="affa"/>
              <w:spacing w:before="320" w:beforeAutospacing="0" w:after="0" w:afterAutospacing="0"/>
              <w:textAlignment w:val="baseline"/>
              <w:rPr>
                <w:rFonts w:ascii="Arial" w:hAnsi="Arial" w:cs="Arial"/>
                <w:color w:val="404040"/>
              </w:rPr>
            </w:pPr>
            <w:r w:rsidRPr="0034587D">
              <w:rPr>
                <w:rFonts w:ascii="Arial" w:hAnsi="Arial" w:cs="Arial"/>
                <w:iCs/>
                <w:color w:val="404040"/>
                <w:shd w:val="clear" w:color="auto" w:fill="FFFFFF"/>
              </w:rPr>
              <w:t>Я услыша</w:t>
            </w:r>
            <w:proofErr w:type="gramStart"/>
            <w:r w:rsidRPr="0034587D">
              <w:rPr>
                <w:rFonts w:ascii="Arial" w:hAnsi="Arial" w:cs="Arial"/>
                <w:iCs/>
                <w:color w:val="404040"/>
                <w:shd w:val="clear" w:color="auto" w:fill="FFFFFF"/>
              </w:rPr>
              <w:t>л(</w:t>
            </w:r>
            <w:proofErr w:type="gramEnd"/>
            <w:r w:rsidRPr="0034587D">
              <w:rPr>
                <w:rFonts w:ascii="Arial" w:hAnsi="Arial" w:cs="Arial"/>
                <w:iCs/>
                <w:color w:val="404040"/>
                <w:shd w:val="clear" w:color="auto" w:fill="FFFFFF"/>
              </w:rPr>
              <w:t>а) слова-паразиты: [да/нет] Какие? ____________________</w:t>
            </w:r>
          </w:p>
          <w:p w:rsidR="00022BC1" w:rsidRPr="0034587D" w:rsidRDefault="0034587D" w:rsidP="00022BC1">
            <w:pPr>
              <w:pStyle w:val="affa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04040"/>
              </w:rPr>
            </w:pPr>
            <w:r w:rsidRPr="0034587D">
              <w:rPr>
                <w:rFonts w:ascii="Arial" w:hAnsi="Arial" w:cs="Arial"/>
                <w:iCs/>
                <w:color w:val="404040"/>
                <w:shd w:val="clear" w:color="auto" w:fill="FFFFFF"/>
              </w:rPr>
              <w:t>Я замети</w:t>
            </w:r>
            <w:proofErr w:type="gramStart"/>
            <w:r w:rsidRPr="0034587D">
              <w:rPr>
                <w:rFonts w:ascii="Arial" w:hAnsi="Arial" w:cs="Arial"/>
                <w:iCs/>
                <w:color w:val="404040"/>
                <w:shd w:val="clear" w:color="auto" w:fill="FFFFFF"/>
              </w:rPr>
              <w:t>л(</w:t>
            </w:r>
            <w:proofErr w:type="gramEnd"/>
            <w:r w:rsidRPr="0034587D">
              <w:rPr>
                <w:rFonts w:ascii="Arial" w:hAnsi="Arial" w:cs="Arial"/>
                <w:iCs/>
                <w:color w:val="404040"/>
                <w:shd w:val="clear" w:color="auto" w:fill="FFFFFF"/>
              </w:rPr>
              <w:t xml:space="preserve">а) «неуверенные» </w:t>
            </w:r>
            <w:r w:rsidR="00022BC1" w:rsidRPr="0034587D">
              <w:rPr>
                <w:rFonts w:ascii="Arial" w:hAnsi="Arial" w:cs="Arial"/>
                <w:iCs/>
                <w:color w:val="404040"/>
                <w:shd w:val="clear" w:color="auto" w:fill="FFFFFF"/>
              </w:rPr>
              <w:t>слова: [да/нет] Какие? __________________</w:t>
            </w:r>
          </w:p>
          <w:p w:rsidR="00022BC1" w:rsidRPr="0034587D" w:rsidRDefault="00022BC1" w:rsidP="00022BC1">
            <w:pPr>
              <w:pStyle w:val="affa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04040"/>
              </w:rPr>
            </w:pPr>
            <w:r w:rsidRPr="0034587D">
              <w:rPr>
                <w:rFonts w:ascii="Arial" w:hAnsi="Arial" w:cs="Arial"/>
                <w:iCs/>
                <w:color w:val="404040"/>
                <w:shd w:val="clear" w:color="auto" w:fill="FFFFFF"/>
              </w:rPr>
              <w:t>Моя интонация была: [уверенной/монотонной/другой] ______________________________________________________________</w:t>
            </w:r>
          </w:p>
          <w:p w:rsidR="00022BC1" w:rsidRPr="0034587D" w:rsidRDefault="00022BC1" w:rsidP="00022BC1">
            <w:pPr>
              <w:pStyle w:val="affa"/>
              <w:spacing w:before="0" w:beforeAutospacing="0" w:after="200" w:afterAutospacing="0"/>
              <w:textAlignment w:val="baseline"/>
              <w:rPr>
                <w:rFonts w:ascii="Arial" w:hAnsi="Arial" w:cs="Arial"/>
                <w:color w:val="404040"/>
              </w:rPr>
            </w:pPr>
            <w:r w:rsidRPr="0034587D">
              <w:rPr>
                <w:rFonts w:ascii="Arial" w:hAnsi="Arial" w:cs="Arial"/>
                <w:iCs/>
                <w:color w:val="404040"/>
                <w:shd w:val="clear" w:color="auto" w:fill="FFFFFF"/>
              </w:rPr>
              <w:t xml:space="preserve">Мне понравилось: [что?] ________________________________________ </w:t>
            </w:r>
          </w:p>
          <w:p w:rsidR="00AD7505" w:rsidRPr="0034587D" w:rsidRDefault="00022BC1" w:rsidP="00022BC1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Arial" w:hAnsi="Arial" w:cs="Arial"/>
                <w:iCs/>
                <w:color w:val="404040"/>
                <w:sz w:val="24"/>
                <w:szCs w:val="24"/>
                <w:shd w:val="clear" w:color="auto" w:fill="FFFFFF"/>
                <w:lang w:val="ru-RU"/>
              </w:rPr>
              <w:t>Хочу улучшить: [что?]</w:t>
            </w:r>
            <w:r w:rsidRPr="0034587D">
              <w:rPr>
                <w:rFonts w:ascii="Arial" w:hAnsi="Arial" w:cs="Arial"/>
                <w:i/>
                <w:iCs/>
                <w:color w:val="40404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34587D">
              <w:rPr>
                <w:rFonts w:ascii="Arial" w:hAnsi="Arial" w:cs="Arial"/>
                <w:i/>
                <w:iCs/>
                <w:color w:val="404040"/>
                <w:sz w:val="24"/>
                <w:szCs w:val="24"/>
                <w:shd w:val="clear" w:color="auto" w:fill="FFFFFF"/>
              </w:rPr>
              <w:t>__________________________________________</w:t>
            </w: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24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25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26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lastRenderedPageBreak/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27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28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  <w:lang w:val="ru-RU"/>
        </w:rPr>
      </w:pPr>
    </w:p>
    <w:p w:rsidR="00E41454" w:rsidRPr="0034587D" w:rsidRDefault="00E41454" w:rsidP="00AD7505">
      <w:pPr>
        <w:rPr>
          <w:rFonts w:ascii="Arial" w:hAnsi="Arial" w:cs="Arial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29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E41454" w:rsidRPr="0034587D" w:rsidRDefault="00E4145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 w:rsidP="00AD7505">
      <w:pPr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D7505" w:rsidRPr="0034587D" w:rsidTr="00AD7505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  <w:r w:rsidRPr="0034587D">
              <w:rPr>
                <w:rFonts w:ascii="Segoe UI Symbol" w:hAnsi="Segoe UI Symbol" w:cs="Segoe UI Symbol"/>
                <w:b/>
                <w:sz w:val="24"/>
                <w:szCs w:val="24"/>
              </w:rPr>
              <w:t>🌟</w:t>
            </w:r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День</w:t>
            </w:r>
            <w:proofErr w:type="spellEnd"/>
            <w:r w:rsidRPr="0034587D">
              <w:rPr>
                <w:rFonts w:ascii="Arial" w:hAnsi="Arial" w:cs="Arial"/>
                <w:b/>
                <w:sz w:val="24"/>
                <w:szCs w:val="24"/>
              </w:rPr>
              <w:t xml:space="preserve"> 30 — </w:t>
            </w:r>
            <w:proofErr w:type="spellStart"/>
            <w:r w:rsidRPr="0034587D">
              <w:rPr>
                <w:rFonts w:ascii="Arial" w:hAnsi="Arial" w:cs="Arial"/>
                <w:b/>
                <w:sz w:val="24"/>
                <w:szCs w:val="24"/>
              </w:rPr>
              <w:t>Микропобеда</w:t>
            </w:r>
            <w:proofErr w:type="spellEnd"/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  <w:p w:rsidR="00AD7505" w:rsidRPr="0034587D" w:rsidRDefault="00AD75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505" w:rsidRPr="0034587D" w:rsidRDefault="00AD7505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3C5666" w:rsidRPr="0034587D" w:rsidRDefault="007170CD">
      <w:pPr>
        <w:rPr>
          <w:rFonts w:ascii="Arial" w:hAnsi="Arial" w:cs="Arial"/>
          <w:b/>
          <w:sz w:val="24"/>
          <w:szCs w:val="24"/>
          <w:lang w:val="ru-RU"/>
        </w:rPr>
      </w:pPr>
      <w:r w:rsidRPr="0034587D">
        <w:rPr>
          <w:rFonts w:ascii="Arial" w:hAnsi="Arial" w:cs="Arial"/>
          <w:b/>
          <w:sz w:val="24"/>
          <w:szCs w:val="24"/>
          <w:lang w:val="ru-RU"/>
        </w:rPr>
        <w:t>Заметки:</w:t>
      </w:r>
    </w:p>
    <w:p w:rsidR="007170CD" w:rsidRPr="0034587D" w:rsidRDefault="007170CD">
      <w:pPr>
        <w:rPr>
          <w:rFonts w:ascii="Arial" w:hAnsi="Arial" w:cs="Arial"/>
          <w:sz w:val="24"/>
          <w:szCs w:val="24"/>
          <w:lang w:val="ru-RU"/>
        </w:rPr>
      </w:pPr>
    </w:p>
    <w:sectPr w:rsidR="007170CD" w:rsidRPr="0034587D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B3B" w:rsidRDefault="00F81B3B">
      <w:pPr>
        <w:spacing w:after="0" w:line="240" w:lineRule="auto"/>
      </w:pPr>
      <w:r>
        <w:separator/>
      </w:r>
    </w:p>
  </w:endnote>
  <w:endnote w:type="continuationSeparator" w:id="0">
    <w:p w:rsidR="00F81B3B" w:rsidRDefault="00F8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B3B" w:rsidRDefault="00F81B3B">
      <w:pPr>
        <w:spacing w:after="0" w:line="240" w:lineRule="auto"/>
      </w:pPr>
      <w:r>
        <w:separator/>
      </w:r>
    </w:p>
  </w:footnote>
  <w:footnote w:type="continuationSeparator" w:id="0">
    <w:p w:rsidR="00F81B3B" w:rsidRDefault="00F81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375" w:rsidRDefault="00434375">
    <w:pPr>
      <w:pStyle w:val="a5"/>
      <w:jc w:val="center"/>
    </w:pPr>
    <w:r>
      <w:rPr>
        <w:noProof/>
        <w:lang w:val="ru-RU" w:eastAsia="ru-RU"/>
      </w:rPr>
      <w:drawing>
        <wp:inline distT="0" distB="0" distL="0" distR="0">
          <wp:extent cx="1260000" cy="126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or_pdf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291E87"/>
    <w:multiLevelType w:val="multilevel"/>
    <w:tmpl w:val="BB46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72760C"/>
    <w:multiLevelType w:val="multilevel"/>
    <w:tmpl w:val="15B2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2BC1"/>
    <w:rsid w:val="00034616"/>
    <w:rsid w:val="0006063C"/>
    <w:rsid w:val="0008242C"/>
    <w:rsid w:val="0015074B"/>
    <w:rsid w:val="0029639D"/>
    <w:rsid w:val="00326F90"/>
    <w:rsid w:val="0034587D"/>
    <w:rsid w:val="00350F09"/>
    <w:rsid w:val="003C5666"/>
    <w:rsid w:val="004148E8"/>
    <w:rsid w:val="00434375"/>
    <w:rsid w:val="004806F0"/>
    <w:rsid w:val="0065293B"/>
    <w:rsid w:val="007170CD"/>
    <w:rsid w:val="00882463"/>
    <w:rsid w:val="009901CD"/>
    <w:rsid w:val="00AA1D8D"/>
    <w:rsid w:val="00AD7505"/>
    <w:rsid w:val="00B47730"/>
    <w:rsid w:val="00CB0664"/>
    <w:rsid w:val="00E209DB"/>
    <w:rsid w:val="00E41454"/>
    <w:rsid w:val="00F81B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D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D7505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88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D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D7505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88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0A2D5F-8F2A-4E38-AAE2-0A892C10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311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8</cp:revision>
  <dcterms:created xsi:type="dcterms:W3CDTF">2025-07-10T20:47:00Z</dcterms:created>
  <dcterms:modified xsi:type="dcterms:W3CDTF">2025-07-27T14:29:00Z</dcterms:modified>
</cp:coreProperties>
</file>