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66" w:rsidRDefault="009901CD">
      <w:pPr>
        <w:jc w:val="center"/>
        <w:rPr>
          <w:b/>
          <w:color w:val="8931FF"/>
          <w:sz w:val="32"/>
          <w:lang w:val="ru-RU"/>
        </w:rPr>
      </w:pPr>
      <w:bookmarkStart w:id="0" w:name="_GoBack"/>
      <w:bookmarkEnd w:id="0"/>
      <w:r w:rsidRPr="004806F0">
        <w:rPr>
          <w:b/>
          <w:color w:val="8931FF"/>
          <w:sz w:val="32"/>
          <w:lang w:val="ru-RU"/>
        </w:rPr>
        <w:t>30 ДНЕЙ МИКРОПОБЕД: МЕНЯЮСЬ ЛЕГКО</w:t>
      </w:r>
    </w:p>
    <w:p w:rsidR="00882463" w:rsidRPr="004806F0" w:rsidRDefault="00882463">
      <w:pPr>
        <w:jc w:val="center"/>
        <w:rPr>
          <w:b/>
          <w:color w:val="8931FF"/>
          <w:sz w:val="32"/>
          <w:lang w:val="ru-RU"/>
        </w:rPr>
      </w:pPr>
      <w:proofErr w:type="spellStart"/>
      <w:r>
        <w:rPr>
          <w:b/>
          <w:color w:val="8931FF"/>
          <w:sz w:val="32"/>
        </w:rPr>
        <w:t>baryshevskaya</w:t>
      </w:r>
      <w:proofErr w:type="spellEnd"/>
      <w:r w:rsidRPr="004806F0">
        <w:rPr>
          <w:b/>
          <w:color w:val="8931FF"/>
          <w:sz w:val="32"/>
          <w:lang w:val="ru-RU"/>
        </w:rPr>
        <w:t>.</w:t>
      </w:r>
      <w:r>
        <w:rPr>
          <w:b/>
          <w:color w:val="8931FF"/>
          <w:sz w:val="32"/>
        </w:rPr>
        <w:t>com</w:t>
      </w:r>
      <w:r w:rsidRPr="004806F0">
        <w:rPr>
          <w:b/>
          <w:color w:val="8931FF"/>
          <w:sz w:val="32"/>
          <w:lang w:val="ru-RU"/>
        </w:rPr>
        <w:t>.</w:t>
      </w:r>
      <w:proofErr w:type="spellStart"/>
      <w:r>
        <w:rPr>
          <w:b/>
          <w:color w:val="8931FF"/>
          <w:sz w:val="32"/>
        </w:rPr>
        <w:t>ua</w:t>
      </w:r>
      <w:proofErr w:type="spellEnd"/>
    </w:p>
    <w:p w:rsidR="00AD7505" w:rsidRPr="003C2768" w:rsidRDefault="00AD7505" w:rsidP="00AD7505">
      <w:pPr>
        <w:rPr>
          <w:sz w:val="36"/>
          <w:szCs w:val="36"/>
          <w:lang w:val="ru-RU"/>
        </w:rPr>
      </w:pPr>
    </w:p>
    <w:p w:rsidR="00AD7505" w:rsidRPr="00CA6651" w:rsidRDefault="00B17995" w:rsidP="003C2768">
      <w:pPr>
        <w:jc w:val="center"/>
        <w:rPr>
          <w:i/>
          <w:sz w:val="36"/>
          <w:szCs w:val="36"/>
          <w:lang w:val="ru-RU"/>
        </w:rPr>
      </w:pPr>
      <w:r>
        <w:rPr>
          <w:rStyle w:val="af6"/>
          <w:sz w:val="36"/>
          <w:szCs w:val="36"/>
          <w:lang w:val="ru-RU"/>
        </w:rPr>
        <w:t>Моя желаемая</w:t>
      </w:r>
      <w:r w:rsidR="003C2768" w:rsidRPr="003C2768">
        <w:rPr>
          <w:rStyle w:val="af6"/>
          <w:sz w:val="36"/>
          <w:szCs w:val="36"/>
          <w:lang w:val="ru-RU"/>
        </w:rPr>
        <w:t xml:space="preserve"> реальность</w:t>
      </w:r>
      <w:proofErr w:type="gramStart"/>
      <w:r w:rsidR="003C2768" w:rsidRPr="003C2768">
        <w:rPr>
          <w:sz w:val="36"/>
          <w:szCs w:val="36"/>
          <w:lang w:val="ru-RU"/>
        </w:rPr>
        <w:br/>
      </w:r>
      <w:r w:rsidR="003C2768" w:rsidRPr="004340D0">
        <w:rPr>
          <w:rStyle w:val="af7"/>
          <w:sz w:val="36"/>
          <w:szCs w:val="36"/>
          <w:lang w:val="ru-RU"/>
        </w:rPr>
        <w:t>К</w:t>
      </w:r>
      <w:proofErr w:type="gramEnd"/>
      <w:r w:rsidR="003C2768" w:rsidRPr="004340D0">
        <w:rPr>
          <w:rStyle w:val="af7"/>
          <w:sz w:val="36"/>
          <w:szCs w:val="36"/>
          <w:lang w:val="ru-RU"/>
        </w:rPr>
        <w:t xml:space="preserve">ак я хочу жить и </w:t>
      </w:r>
      <w:r w:rsidR="004340D0" w:rsidRPr="004340D0">
        <w:rPr>
          <w:rStyle w:val="af7"/>
          <w:sz w:val="36"/>
          <w:szCs w:val="36"/>
          <w:lang w:val="ru-RU"/>
        </w:rPr>
        <w:t>чувствовать себя в каждой сфере</w:t>
      </w:r>
    </w:p>
    <w:p w:rsidR="00AD7505" w:rsidRPr="00AD7505" w:rsidRDefault="00AD7505" w:rsidP="003C2768">
      <w:pPr>
        <w:jc w:val="center"/>
        <w:rPr>
          <w:lang w:val="ru-RU"/>
        </w:rPr>
      </w:pPr>
    </w:p>
    <w:tbl>
      <w:tblPr>
        <w:tblStyle w:val="aff0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559"/>
        <w:gridCol w:w="1701"/>
        <w:gridCol w:w="1560"/>
        <w:gridCol w:w="1580"/>
        <w:gridCol w:w="1538"/>
      </w:tblGrid>
      <w:tr w:rsidR="003C2768" w:rsidRPr="00ED260C" w:rsidTr="004340D0">
        <w:trPr>
          <w:trHeight w:val="12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68" w:rsidRPr="00ED260C" w:rsidRDefault="003C2768" w:rsidP="003C2768">
            <w:pPr>
              <w:rPr>
                <w:b/>
                <w:sz w:val="28"/>
                <w:szCs w:val="28"/>
                <w:lang w:val="ru-RU"/>
              </w:rPr>
            </w:pP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 xml:space="preserve">Здоровье </w:t>
            </w:r>
            <w:r w:rsidRPr="00ED260C">
              <w:rPr>
                <w:rFonts w:ascii="Segoe UI Symbol" w:hAnsi="Segoe UI Symbol" w:cs="Segoe UI Symbol"/>
                <w:color w:val="404040"/>
                <w:sz w:val="28"/>
                <w:szCs w:val="28"/>
              </w:rPr>
              <w:t>💪</w:t>
            </w: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ED260C" w:rsidRDefault="003C2768" w:rsidP="003C2768">
            <w:pPr>
              <w:rPr>
                <w:b/>
                <w:sz w:val="28"/>
                <w:szCs w:val="28"/>
                <w:lang w:val="ru-RU"/>
              </w:rPr>
            </w:pP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 xml:space="preserve">Отношения </w:t>
            </w:r>
            <w:r w:rsidRPr="00ED260C">
              <w:rPr>
                <w:rFonts w:ascii="Segoe UI Symbol" w:hAnsi="Segoe UI Symbol" w:cs="Segoe UI Symbol"/>
                <w:color w:val="404040"/>
                <w:sz w:val="28"/>
                <w:szCs w:val="28"/>
              </w:rPr>
              <w:t>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ED260C" w:rsidRDefault="003C2768" w:rsidP="003C2768">
            <w:pPr>
              <w:rPr>
                <w:b/>
                <w:sz w:val="28"/>
                <w:szCs w:val="28"/>
                <w:lang w:val="ru-RU"/>
              </w:rPr>
            </w:pP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 xml:space="preserve">Карьера </w:t>
            </w:r>
            <w:r w:rsidRPr="00ED260C">
              <w:rPr>
                <w:rFonts w:ascii="Segoe UI Symbol" w:hAnsi="Segoe UI Symbol" w:cs="Segoe UI Symbol"/>
                <w:color w:val="404040"/>
                <w:sz w:val="28"/>
                <w:szCs w:val="28"/>
              </w:rPr>
              <w:t>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ED260C" w:rsidRDefault="003C2768" w:rsidP="003C2768">
            <w:pPr>
              <w:rPr>
                <w:b/>
                <w:sz w:val="28"/>
                <w:szCs w:val="28"/>
                <w:lang w:val="ru-RU"/>
              </w:rPr>
            </w:pP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>Финансы</w:t>
            </w:r>
            <w:r w:rsidRPr="00ED260C">
              <w:rPr>
                <w:rFonts w:ascii="Segoe UI Symbol" w:hAnsi="Segoe UI Symbol" w:cs="Segoe UI Symbol"/>
                <w:color w:val="404040"/>
                <w:sz w:val="28"/>
                <w:szCs w:val="28"/>
              </w:rPr>
              <w:t>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ED260C" w:rsidRDefault="003C2768" w:rsidP="003C2768">
            <w:pPr>
              <w:rPr>
                <w:b/>
                <w:sz w:val="28"/>
                <w:szCs w:val="28"/>
                <w:lang w:val="ru-RU"/>
              </w:rPr>
            </w:pP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 xml:space="preserve">Хобби </w:t>
            </w:r>
            <w:r w:rsidRPr="00ED260C">
              <w:rPr>
                <w:rFonts w:ascii="Segoe UI Symbol" w:hAnsi="Segoe UI Symbol" w:cs="Segoe UI Symbol"/>
                <w:color w:val="404040"/>
                <w:sz w:val="28"/>
                <w:szCs w:val="28"/>
              </w:rPr>
              <w:t>🎨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ED260C" w:rsidRDefault="003C2768" w:rsidP="003C2768">
            <w:pPr>
              <w:rPr>
                <w:b/>
                <w:sz w:val="28"/>
                <w:szCs w:val="28"/>
                <w:lang w:val="ru-RU"/>
              </w:rPr>
            </w:pP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 xml:space="preserve">Развитие </w:t>
            </w:r>
            <w:r w:rsidRPr="00ED260C">
              <w:rPr>
                <w:rFonts w:ascii="Segoe UI Symbol" w:hAnsi="Segoe UI Symbol" w:cs="Segoe UI Symbol"/>
                <w:color w:val="404040"/>
                <w:sz w:val="28"/>
                <w:szCs w:val="28"/>
              </w:rPr>
              <w:t>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ED260C" w:rsidRDefault="003C2768" w:rsidP="003C2768">
            <w:pPr>
              <w:rPr>
                <w:b/>
                <w:sz w:val="28"/>
                <w:szCs w:val="28"/>
                <w:lang w:val="ru-RU"/>
              </w:rPr>
            </w:pP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 xml:space="preserve">Образ </w:t>
            </w:r>
            <w:r w:rsidRPr="00ED260C">
              <w:rPr>
                <w:rFonts w:ascii="Cambria" w:hAnsi="Cambria" w:cs="Cambria"/>
                <w:color w:val="404040"/>
                <w:sz w:val="28"/>
                <w:szCs w:val="28"/>
                <w:lang w:val="ru-RU"/>
              </w:rPr>
              <w:t>✨</w:t>
            </w:r>
            <w:r w:rsidRPr="00ED260C">
              <w:rPr>
                <w:rFonts w:cs="Arial"/>
                <w:color w:val="404040"/>
                <w:sz w:val="28"/>
                <w:szCs w:val="28"/>
                <w:lang w:val="ru-RU"/>
              </w:rPr>
              <w:t>.</w:t>
            </w:r>
          </w:p>
        </w:tc>
      </w:tr>
      <w:tr w:rsidR="003C2768" w:rsidRPr="003C2768" w:rsidTr="004340D0">
        <w:trPr>
          <w:trHeight w:val="56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Default="003C276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ED260C" w:rsidRDefault="00ED260C">
            <w:pPr>
              <w:rPr>
                <w:lang w:val="ru-RU"/>
              </w:rPr>
            </w:pPr>
          </w:p>
          <w:p w:rsidR="00ED260C" w:rsidRPr="007170CD" w:rsidRDefault="00ED260C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</w:tr>
    </w:tbl>
    <w:p w:rsidR="00AD7505" w:rsidRPr="007170CD" w:rsidRDefault="00AD7505" w:rsidP="00AD7505">
      <w:pPr>
        <w:rPr>
          <w:lang w:val="ru-RU"/>
        </w:rPr>
      </w:pPr>
    </w:p>
    <w:p w:rsidR="00AD7505" w:rsidRDefault="00AD7505" w:rsidP="00AD7505">
      <w:pPr>
        <w:rPr>
          <w:lang w:val="ru-RU"/>
        </w:rPr>
      </w:pPr>
    </w:p>
    <w:sectPr w:rsidR="00AD7505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5D6" w:rsidRDefault="009555D6">
      <w:pPr>
        <w:spacing w:after="0" w:line="240" w:lineRule="auto"/>
      </w:pPr>
      <w:r>
        <w:separator/>
      </w:r>
    </w:p>
  </w:endnote>
  <w:endnote w:type="continuationSeparator" w:id="0">
    <w:p w:rsidR="009555D6" w:rsidRDefault="00955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5D6" w:rsidRDefault="009555D6">
      <w:pPr>
        <w:spacing w:after="0" w:line="240" w:lineRule="auto"/>
      </w:pPr>
      <w:r>
        <w:separator/>
      </w:r>
    </w:p>
  </w:footnote>
  <w:footnote w:type="continuationSeparator" w:id="0">
    <w:p w:rsidR="009555D6" w:rsidRDefault="00955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66" w:rsidRDefault="009901CD">
    <w:pPr>
      <w:pStyle w:val="a5"/>
      <w:jc w:val="center"/>
    </w:pPr>
    <w:r>
      <w:rPr>
        <w:noProof/>
        <w:lang w:val="ru-RU" w:eastAsia="ru-RU"/>
      </w:rPr>
      <w:drawing>
        <wp:inline distT="0" distB="0" distL="0" distR="0">
          <wp:extent cx="1260000" cy="126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or_pdf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2B15"/>
    <w:rsid w:val="00034616"/>
    <w:rsid w:val="0006063C"/>
    <w:rsid w:val="0015074B"/>
    <w:rsid w:val="0029639D"/>
    <w:rsid w:val="00326F90"/>
    <w:rsid w:val="003C2768"/>
    <w:rsid w:val="003C5666"/>
    <w:rsid w:val="004148E8"/>
    <w:rsid w:val="004340D0"/>
    <w:rsid w:val="004806F0"/>
    <w:rsid w:val="007170CD"/>
    <w:rsid w:val="00882463"/>
    <w:rsid w:val="009555D6"/>
    <w:rsid w:val="009901CD"/>
    <w:rsid w:val="00AA1D8D"/>
    <w:rsid w:val="00AD7505"/>
    <w:rsid w:val="00B17995"/>
    <w:rsid w:val="00B47730"/>
    <w:rsid w:val="00CA6651"/>
    <w:rsid w:val="00CB0664"/>
    <w:rsid w:val="00DB6075"/>
    <w:rsid w:val="00ED03B2"/>
    <w:rsid w:val="00ED260C"/>
    <w:rsid w:val="00F52E4D"/>
    <w:rsid w:val="00FC693F"/>
    <w:rsid w:val="00FD2209"/>
    <w:rsid w:val="00FE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D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D7505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88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D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D7505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88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7980BA-F7B4-438F-93A1-7708834C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dcterms:created xsi:type="dcterms:W3CDTF">2025-07-27T15:08:00Z</dcterms:created>
  <dcterms:modified xsi:type="dcterms:W3CDTF">2025-07-27T15:08:00Z</dcterms:modified>
</cp:coreProperties>
</file>