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F3" w:rsidRDefault="005958F3">
      <w:pPr>
        <w:jc w:val="center"/>
        <w:rPr>
          <w:b/>
          <w:color w:val="8931FF"/>
          <w:sz w:val="32"/>
        </w:rPr>
      </w:pPr>
      <w:bookmarkStart w:id="0" w:name="_GoBack"/>
      <w:bookmarkEnd w:id="0"/>
      <w:r w:rsidRPr="005958F3">
        <w:rPr>
          <w:b/>
          <w:color w:val="8931FF"/>
          <w:sz w:val="32"/>
        </w:rPr>
        <w:t>30 Days of Micro-Wins: Changing Easily</w:t>
      </w:r>
    </w:p>
    <w:p w:rsidR="00882463" w:rsidRPr="00E93592" w:rsidRDefault="00882463">
      <w:pPr>
        <w:jc w:val="center"/>
        <w:rPr>
          <w:b/>
          <w:color w:val="8931FF"/>
          <w:sz w:val="32"/>
        </w:rPr>
      </w:pPr>
      <w:r>
        <w:rPr>
          <w:b/>
          <w:color w:val="8931FF"/>
          <w:sz w:val="32"/>
        </w:rPr>
        <w:t>baryshevskaya</w:t>
      </w:r>
      <w:r w:rsidRPr="00E93592">
        <w:rPr>
          <w:b/>
          <w:color w:val="8931FF"/>
          <w:sz w:val="32"/>
        </w:rPr>
        <w:t>.</w:t>
      </w:r>
      <w:r>
        <w:rPr>
          <w:b/>
          <w:color w:val="8931FF"/>
          <w:sz w:val="32"/>
        </w:rPr>
        <w:t>com</w:t>
      </w:r>
      <w:r w:rsidRPr="00E93592">
        <w:rPr>
          <w:b/>
          <w:color w:val="8931FF"/>
          <w:sz w:val="32"/>
        </w:rPr>
        <w:t>.</w:t>
      </w:r>
      <w:r>
        <w:rPr>
          <w:b/>
          <w:color w:val="8931FF"/>
          <w:sz w:val="32"/>
        </w:rPr>
        <w:t>ua</w:t>
      </w:r>
    </w:p>
    <w:p w:rsidR="00AD7505" w:rsidRPr="00E93592" w:rsidRDefault="00AD7505" w:rsidP="00AD7505">
      <w:pPr>
        <w:rPr>
          <w:sz w:val="36"/>
          <w:szCs w:val="36"/>
        </w:rPr>
      </w:pPr>
    </w:p>
    <w:p w:rsidR="00AD7505" w:rsidRPr="005958F3" w:rsidRDefault="00D61484" w:rsidP="003C2768">
      <w:pPr>
        <w:jc w:val="center"/>
        <w:rPr>
          <w:rStyle w:val="af7"/>
          <w:i w:val="0"/>
          <w:sz w:val="32"/>
          <w:szCs w:val="32"/>
        </w:rPr>
      </w:pPr>
      <w:r w:rsidRPr="00D61484">
        <w:rPr>
          <w:rStyle w:val="af6"/>
          <w:sz w:val="32"/>
          <w:szCs w:val="32"/>
        </w:rPr>
        <w:t>My Desired Reality</w:t>
      </w:r>
      <w:r w:rsidRPr="00D61484">
        <w:rPr>
          <w:sz w:val="32"/>
          <w:szCs w:val="32"/>
        </w:rPr>
        <w:br/>
      </w:r>
      <w:r w:rsidRPr="00E93592">
        <w:rPr>
          <w:rStyle w:val="af7"/>
          <w:sz w:val="32"/>
          <w:szCs w:val="32"/>
        </w:rPr>
        <w:t>How I want to live a</w:t>
      </w:r>
      <w:r w:rsidR="00E93592" w:rsidRPr="00E93592">
        <w:rPr>
          <w:rStyle w:val="af7"/>
          <w:sz w:val="32"/>
          <w:szCs w:val="32"/>
        </w:rPr>
        <w:t>nd feel in each area of my life</w:t>
      </w:r>
    </w:p>
    <w:p w:rsidR="00222FED" w:rsidRPr="005958F3" w:rsidRDefault="00222FED" w:rsidP="003C2768">
      <w:pPr>
        <w:jc w:val="center"/>
        <w:rPr>
          <w:i/>
        </w:rPr>
      </w:pPr>
    </w:p>
    <w:tbl>
      <w:tblPr>
        <w:tblStyle w:val="aff0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559"/>
        <w:gridCol w:w="1701"/>
        <w:gridCol w:w="1560"/>
        <w:gridCol w:w="1580"/>
        <w:gridCol w:w="1538"/>
      </w:tblGrid>
      <w:tr w:rsidR="003C2768" w:rsidRPr="00222FED" w:rsidTr="00222FED">
        <w:trPr>
          <w:trHeight w:val="12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68" w:rsidRPr="00222FED" w:rsidRDefault="00D61484" w:rsidP="003C2768">
            <w:pPr>
              <w:rPr>
                <w:b/>
                <w:sz w:val="20"/>
                <w:szCs w:val="20"/>
                <w:lang w:val="ru-RU"/>
              </w:rPr>
            </w:pPr>
            <w:r w:rsidRPr="00222FED">
              <w:rPr>
                <w:sz w:val="20"/>
                <w:szCs w:val="20"/>
              </w:rPr>
              <w:t>Health</w:t>
            </w:r>
            <w:r w:rsidR="003C2768" w:rsidRPr="00222FED">
              <w:rPr>
                <w:rFonts w:cs="Arial"/>
                <w:color w:val="404040"/>
                <w:sz w:val="20"/>
                <w:szCs w:val="20"/>
                <w:lang w:val="ru-RU"/>
              </w:rPr>
              <w:t xml:space="preserve"> </w:t>
            </w:r>
            <w:r w:rsidR="003C2768" w:rsidRPr="00222FED">
              <w:rPr>
                <w:rFonts w:ascii="Segoe UI Symbol" w:hAnsi="Segoe UI Symbol" w:cs="Segoe UI Symbol"/>
                <w:color w:val="404040"/>
                <w:sz w:val="20"/>
                <w:szCs w:val="20"/>
              </w:rPr>
              <w:t>💪</w:t>
            </w:r>
            <w:r w:rsidR="003C2768" w:rsidRPr="00222FED">
              <w:rPr>
                <w:rFonts w:cs="Arial"/>
                <w:color w:val="40404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222FED" w:rsidRDefault="00D61484" w:rsidP="003C2768">
            <w:pPr>
              <w:rPr>
                <w:b/>
                <w:sz w:val="20"/>
                <w:szCs w:val="20"/>
                <w:lang w:val="ru-RU"/>
              </w:rPr>
            </w:pPr>
            <w:r w:rsidRPr="00222FED">
              <w:rPr>
                <w:sz w:val="20"/>
                <w:szCs w:val="20"/>
              </w:rPr>
              <w:t xml:space="preserve">Relationships </w:t>
            </w:r>
            <w:r w:rsidR="003C2768" w:rsidRPr="00222FED">
              <w:rPr>
                <w:rFonts w:ascii="Segoe UI Symbol" w:hAnsi="Segoe UI Symbol" w:cs="Segoe UI Symbol"/>
                <w:color w:val="404040"/>
                <w:sz w:val="20"/>
                <w:szCs w:val="20"/>
              </w:rPr>
              <w:t>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222FED" w:rsidRDefault="00D61484" w:rsidP="003C2768">
            <w:pPr>
              <w:rPr>
                <w:b/>
                <w:sz w:val="20"/>
                <w:szCs w:val="20"/>
                <w:lang w:val="ru-RU"/>
              </w:rPr>
            </w:pPr>
            <w:r w:rsidRPr="00222FED">
              <w:rPr>
                <w:sz w:val="20"/>
                <w:szCs w:val="20"/>
              </w:rPr>
              <w:t>Career</w:t>
            </w:r>
            <w:r w:rsidR="003C2768" w:rsidRPr="00222FED">
              <w:rPr>
                <w:rFonts w:cs="Arial"/>
                <w:color w:val="404040"/>
                <w:sz w:val="20"/>
                <w:szCs w:val="20"/>
                <w:lang w:val="ru-RU"/>
              </w:rPr>
              <w:t xml:space="preserve"> </w:t>
            </w:r>
            <w:r w:rsidR="003C2768" w:rsidRPr="00222FED">
              <w:rPr>
                <w:rFonts w:ascii="Segoe UI Symbol" w:hAnsi="Segoe UI Symbol" w:cs="Segoe UI Symbol"/>
                <w:color w:val="404040"/>
                <w:sz w:val="20"/>
                <w:szCs w:val="20"/>
              </w:rPr>
              <w:t>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222FED" w:rsidRDefault="00D61484" w:rsidP="003C2768">
            <w:pPr>
              <w:rPr>
                <w:b/>
                <w:sz w:val="20"/>
                <w:szCs w:val="20"/>
                <w:lang w:val="ru-RU"/>
              </w:rPr>
            </w:pPr>
            <w:r w:rsidRPr="00222FED">
              <w:rPr>
                <w:sz w:val="20"/>
                <w:szCs w:val="20"/>
              </w:rPr>
              <w:t xml:space="preserve">Finances </w:t>
            </w:r>
            <w:r w:rsidR="003C2768" w:rsidRPr="00222FED">
              <w:rPr>
                <w:rFonts w:ascii="Segoe UI Symbol" w:hAnsi="Segoe UI Symbol" w:cs="Segoe UI Symbol"/>
                <w:color w:val="404040"/>
                <w:sz w:val="20"/>
                <w:szCs w:val="20"/>
              </w:rPr>
              <w:t>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222FED" w:rsidRDefault="00D61484" w:rsidP="003C2768">
            <w:pPr>
              <w:rPr>
                <w:b/>
                <w:sz w:val="20"/>
                <w:szCs w:val="20"/>
                <w:lang w:val="ru-RU"/>
              </w:rPr>
            </w:pPr>
            <w:r w:rsidRPr="00222FED">
              <w:rPr>
                <w:sz w:val="20"/>
                <w:szCs w:val="20"/>
              </w:rPr>
              <w:t>Hobbies</w:t>
            </w:r>
            <w:r w:rsidRPr="00222FED">
              <w:rPr>
                <w:sz w:val="20"/>
                <w:szCs w:val="20"/>
                <w:lang w:val="ru-RU"/>
              </w:rPr>
              <w:t xml:space="preserve"> </w:t>
            </w:r>
            <w:r w:rsidR="003C2768" w:rsidRPr="00222FED">
              <w:rPr>
                <w:rFonts w:cs="Arial"/>
                <w:color w:val="404040"/>
                <w:sz w:val="20"/>
                <w:szCs w:val="20"/>
                <w:lang w:val="ru-RU"/>
              </w:rPr>
              <w:t xml:space="preserve"> </w:t>
            </w:r>
            <w:r w:rsidR="003C2768" w:rsidRPr="00222FED">
              <w:rPr>
                <w:rFonts w:ascii="Segoe UI Symbol" w:hAnsi="Segoe UI Symbol" w:cs="Segoe UI Symbol"/>
                <w:color w:val="404040"/>
                <w:sz w:val="20"/>
                <w:szCs w:val="20"/>
              </w:rPr>
              <w:t>🎨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222FED" w:rsidRDefault="00D61484" w:rsidP="003C2768">
            <w:pPr>
              <w:rPr>
                <w:b/>
                <w:sz w:val="20"/>
                <w:szCs w:val="20"/>
                <w:lang w:val="ru-RU"/>
              </w:rPr>
            </w:pPr>
            <w:r w:rsidRPr="00222FED">
              <w:rPr>
                <w:sz w:val="20"/>
                <w:szCs w:val="20"/>
              </w:rPr>
              <w:t xml:space="preserve">Growth </w:t>
            </w:r>
            <w:r w:rsidR="003C2768" w:rsidRPr="00222FED">
              <w:rPr>
                <w:rFonts w:ascii="Segoe UI Symbol" w:hAnsi="Segoe UI Symbol" w:cs="Segoe UI Symbol"/>
                <w:color w:val="404040"/>
                <w:sz w:val="20"/>
                <w:szCs w:val="20"/>
              </w:rPr>
              <w:t>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484" w:rsidRPr="00222FED" w:rsidRDefault="00D61484" w:rsidP="00D61484">
            <w:pPr>
              <w:pStyle w:val="affa"/>
              <w:rPr>
                <w:sz w:val="20"/>
                <w:szCs w:val="20"/>
              </w:rPr>
            </w:pPr>
            <w:proofErr w:type="spellStart"/>
            <w:r w:rsidRPr="00222FED">
              <w:rPr>
                <w:rStyle w:val="af6"/>
                <w:sz w:val="20"/>
                <w:szCs w:val="20"/>
              </w:rPr>
              <w:t>Image</w:t>
            </w:r>
            <w:proofErr w:type="spellEnd"/>
            <w:r w:rsidRPr="00222FED">
              <w:rPr>
                <w:rStyle w:val="af6"/>
                <w:sz w:val="20"/>
                <w:szCs w:val="20"/>
              </w:rPr>
              <w:t xml:space="preserve"> ✨</w:t>
            </w:r>
          </w:p>
          <w:p w:rsidR="003C2768" w:rsidRPr="00222FED" w:rsidRDefault="00D61484" w:rsidP="00D61484">
            <w:pPr>
              <w:rPr>
                <w:b/>
                <w:sz w:val="20"/>
                <w:szCs w:val="20"/>
                <w:lang w:val="ru-RU"/>
              </w:rPr>
            </w:pPr>
            <w:r w:rsidRPr="00222FED">
              <w:rPr>
                <w:rFonts w:ascii="Cambria" w:hAnsi="Cambria" w:cs="Cambria"/>
                <w:color w:val="404040"/>
                <w:sz w:val="20"/>
                <w:szCs w:val="20"/>
                <w:lang w:val="ru-RU"/>
              </w:rPr>
              <w:t xml:space="preserve"> </w:t>
            </w:r>
          </w:p>
        </w:tc>
      </w:tr>
      <w:tr w:rsidR="003C2768" w:rsidRPr="003C2768" w:rsidTr="00222FED">
        <w:trPr>
          <w:trHeight w:val="56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Default="003C276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ED260C" w:rsidRDefault="00ED260C">
            <w:pPr>
              <w:rPr>
                <w:lang w:val="ru-RU"/>
              </w:rPr>
            </w:pPr>
          </w:p>
          <w:p w:rsidR="00ED260C" w:rsidRPr="007170CD" w:rsidRDefault="00ED260C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8" w:rsidRPr="007170CD" w:rsidRDefault="003C2768" w:rsidP="003C2768">
            <w:pPr>
              <w:rPr>
                <w:lang w:val="ru-RU"/>
              </w:rPr>
            </w:pPr>
          </w:p>
        </w:tc>
      </w:tr>
    </w:tbl>
    <w:p w:rsidR="00AD7505" w:rsidRPr="007170CD" w:rsidRDefault="00AD7505" w:rsidP="00AD7505">
      <w:pPr>
        <w:rPr>
          <w:lang w:val="ru-RU"/>
        </w:rPr>
      </w:pPr>
    </w:p>
    <w:p w:rsidR="00AD7505" w:rsidRDefault="00AD7505" w:rsidP="00AD7505">
      <w:pPr>
        <w:rPr>
          <w:lang w:val="ru-RU"/>
        </w:rPr>
      </w:pPr>
    </w:p>
    <w:sectPr w:rsidR="00AD7505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35" w:rsidRDefault="00B16B35">
      <w:pPr>
        <w:spacing w:after="0" w:line="240" w:lineRule="auto"/>
      </w:pPr>
      <w:r>
        <w:separator/>
      </w:r>
    </w:p>
  </w:endnote>
  <w:endnote w:type="continuationSeparator" w:id="0">
    <w:p w:rsidR="00B16B35" w:rsidRDefault="00B16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35" w:rsidRDefault="00B16B35">
      <w:pPr>
        <w:spacing w:after="0" w:line="240" w:lineRule="auto"/>
      </w:pPr>
      <w:r>
        <w:separator/>
      </w:r>
    </w:p>
  </w:footnote>
  <w:footnote w:type="continuationSeparator" w:id="0">
    <w:p w:rsidR="00B16B35" w:rsidRDefault="00B16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66" w:rsidRDefault="009901CD">
    <w:pPr>
      <w:pStyle w:val="a5"/>
      <w:jc w:val="center"/>
    </w:pPr>
    <w:r>
      <w:rPr>
        <w:noProof/>
        <w:lang w:val="ru-RU" w:eastAsia="ru-RU"/>
      </w:rPr>
      <w:drawing>
        <wp:inline distT="0" distB="0" distL="0" distR="0">
          <wp:extent cx="1260000" cy="1260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or_pdf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22FED"/>
    <w:rsid w:val="0029639D"/>
    <w:rsid w:val="00326F90"/>
    <w:rsid w:val="003C2768"/>
    <w:rsid w:val="003C5666"/>
    <w:rsid w:val="004148E8"/>
    <w:rsid w:val="004806F0"/>
    <w:rsid w:val="005958F3"/>
    <w:rsid w:val="006244A4"/>
    <w:rsid w:val="00642AA1"/>
    <w:rsid w:val="00701AEA"/>
    <w:rsid w:val="007170CD"/>
    <w:rsid w:val="00882463"/>
    <w:rsid w:val="009901CD"/>
    <w:rsid w:val="00AA1D8D"/>
    <w:rsid w:val="00AD7505"/>
    <w:rsid w:val="00B16B35"/>
    <w:rsid w:val="00B47730"/>
    <w:rsid w:val="00CB0664"/>
    <w:rsid w:val="00D61484"/>
    <w:rsid w:val="00D74361"/>
    <w:rsid w:val="00E93592"/>
    <w:rsid w:val="00ED260C"/>
    <w:rsid w:val="00F52E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D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D7505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88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D7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D7505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88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FFE56C-3E41-4239-94A0-3310ED8F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dcterms:created xsi:type="dcterms:W3CDTF">2025-07-27T15:11:00Z</dcterms:created>
  <dcterms:modified xsi:type="dcterms:W3CDTF">2025-07-27T15:11:00Z</dcterms:modified>
</cp:coreProperties>
</file>